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Абаринов Виктор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Абаринов Виктор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Ладога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13.01.1989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(беспилотных летательных аппаратов коптерного типа)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Э-626237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01:42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