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ефрейтор Хачатрян Давид Ваганович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Хачатрян Давид Ваганович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Ди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12.11.1989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ефрейтор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Начальник расчета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МТ-915643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