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Литовченко Дмитрий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Литовченко Дмитрий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Прораб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23.06.1981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Х-513853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