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Прокопьев Максим Олегович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Прокопьев Максим Олегович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База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07.03.1997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Оператор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МТ-574568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