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Демин Артур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Демин Артур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Банк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15.09.1999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ЕХ-939480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