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старший матрос Семенов Алексей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Семенов Алексей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Семен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22.03.1989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боевой машины - наводчик-оператор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С-993253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