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старший матрос Марков Михаил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Марков Михаил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Пуаро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09.09.1998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Начальник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ЕХ-919505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