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старший лейтенант Ширманов Анатолий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Ширманов Анатолий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Студент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11.04.1981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Х-050755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