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(3 ШР 1 мсб) в/звание старший лейтенант Ширманов Анатолий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Ширманов Анатолий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Студент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11.04.1981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старший лейтенант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 — офицеры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взвода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Х-050755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23:10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