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лейтенант Митько Денис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Митько Денис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Борода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12.04.1991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ЕХ-923265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