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рядовой Ляшкевич Руслан Ромуальдович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Ляшкевич Руслан Ромуальдович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15.04.2008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Водитель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СА-232785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22:52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