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Захаркин Олег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Захаркин Олег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Захар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17.05.1969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СА-067021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