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(3 ШР 1 мсб) в/звание рядовой Вабищевич Максим Григорьевич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Вабищевич Максим Григорьевич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Вабич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01.12.1996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Стрелок - сапер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СА-550147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09.09.2026 00:58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