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Вабищевич Максим Григорьевич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Вабищевич Максим Григорьевич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Вабич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01.12.1996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СА-550147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