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Поздеев Пётр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Поздеев Пётр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Туман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04.01.1971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СА-029834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