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старший сержант Габов Станислав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Габов Станислав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Габыч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15.02.1971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СА-027468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