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Львов Василий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Львов Василий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Оскол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16.06.1974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