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(3 ШР 1 мсб) в/звание рядовой Львов Василий Васильевич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Львов Василий Васильевич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Оскол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16.06.1974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Стрелок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СА-550996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00:20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