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Додонов Сергей Сергеевич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Додонов Сергей Сергеевич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Додон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13.03.1989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Э-407107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22:44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