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лейтенант Сафин Артур Ильмирович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Сафин Артур Ильмирович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Сафари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17.10.2004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РА-161920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01:46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