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Уваров Евгений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Уваров Евгений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Жека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21.08.1989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СА-066568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00:19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