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Зекирьяев Альвер Асанович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Зекирьяев Альвер Асанович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Ефрем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02.02.1982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сапер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СА-066576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