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Дравненков Роман Вячеславович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Дравненков Роман Вячеславович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Стальной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02.10.1992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Э-445752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