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старший лейтенант Аникин Максим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Аникин Максим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10.07.1987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Х-265760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