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Алексеев Александр Анатольевич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Алексеев Александр Анатольевич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Садовод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30.11.1978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СА-066551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