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сержант Вильданов Айдар Аслямович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Вильданов Айдар Аслямович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Ногай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27.07.1984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СА-233492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22:29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