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младший сержант Костылев Сергей Викторович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Костылев Сергей Викторович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Грей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30.06.1970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младший 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Механик-водитель - номер расчета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СА-066182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08.11.2026 01:08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