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младший сержант Костылев Сергей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Костылев Сергей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Грей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30.06.1970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СА-066182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