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Мирошниченко Максим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Мирошниченко Максим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Морт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02.10.1996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ЕХ-713357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