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Козлов Герман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Козлов Герман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Рысь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30.04.1981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СА-066533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