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Боев Олег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Боев Олег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Таксист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15.03.1978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МТ-570217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