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старший сержант Ефимов Павел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Ефимов Павел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Тихий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14.06.1978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МТ-881641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