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Рогозин Сергей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Рогозин Сергей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Строитель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07.08.1979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СА-066540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