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(3 ШР 1 мсб) в/звание рядовой Рогозин Сергей Николаевич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Рогозин Сергей Николаевич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Строитель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07.08.1979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Стрелок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СА-066540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23:11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