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Вавилов Данила Олегович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Вавилов Данила Олегович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Швед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12.07.2003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СА-551854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