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(3 ШР 1 мсб) в/звание рядовой Вавилов Данила Олегович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Вавилов Данила Олегович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Швед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12.07.2003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Стрелок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СА-551854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22:44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