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Калямов Андрей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Калямов Андрей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Пафнут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02.06.1988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СА-551853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