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Иванов Максим Эрикович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Иванов Максим Эрикович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Новичок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24.09.1988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Х-715726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