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сержант Васильев Сергей Борисович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Васильев Сергей Борисович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Карел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10.06.1984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АБ-170248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00:19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