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Зибров Роман Владимирович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Зибров Роман Владимирович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Донской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24.09.1991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Наводчик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Х-723067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23:11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