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Зибров Роман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Зибров Роман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Донской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24.09.1991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Х-723067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