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сержант Коровяков Александр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Коровяков Александр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Скорп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11.11.1987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СА-066536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