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(3 ШР 1 мсб) в/звание рядовой Рабенок Николай Николаевич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Рабенок Николай Николаевич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Каленый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05.06.1989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3 — сержанты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Командир отделения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СА-066558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01:08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