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Рабенок Николай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Рабенок Николай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Каленый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05.06.1989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СА-066558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22:46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