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Вахрамов Николай Михайл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храмов Николай Михай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лыш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3.12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98606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