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Вахрамов Николай Михайл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ахрамов Николай Михайл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лыш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3.12.19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-98606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