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лейтенант Мушарапов Тохир Шерзодович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Мушарапов Тохир Шерзодович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Тихон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27.05.2002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РА-393226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