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Вихров Владимир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Вихров Владимир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Снайпер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06.10.1999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помощник гранатометчика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СА-032394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