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рядовой Мелешкевич-Бондарев Андрей Борисович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Мелешкевич-Бондарев Андрей Борисович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Меля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11.07.1974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Стрелок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СА-069446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01:03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