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Строганов Руслан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Строганов Руслан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Леон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23.06.1991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 - 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Э-442108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01:04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