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ефрейтор Журавлев Владимир Леонидович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Журавлев Владимир Леонидович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Отец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13.04.1963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АВ-250954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