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ефрейтор Акстин Константин Артурович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Акстин Константин Артурович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Длинный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23.02.1997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боевой машины - наводчик-оператор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ЕХ-910762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