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Садилов Георгий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Садилов Георгий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Георгин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08.12.1979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СА-550962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