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Яковлев Сергей Витальевич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Яковлев Сергей Витальевич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Иисус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16.11.1991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АВ-282743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