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Забурмаг Кирилл Владимирович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Забурмаг Кирилл Владимирович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Интеллигент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01.04.1986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Наводчик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АБ-015769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02:21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