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Забурмаг Кирилл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Забурмаг Кирилл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Интеллигент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01.04.1986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АБ-015769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