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Ширшов Сергей Иванович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Ширшов Сергей Иванович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Борзый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26.08.2000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РА-065315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00:19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