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Удальцов Александр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Удальцов Александр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Удалец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23.05.1989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СА-036334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