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Удальцов Александр Алексеевич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Удальцов Александр Алексеевич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Удалец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23.05.1989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отделения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СА-036334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23:01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