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Гресев Олег Петрович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Гресев Олег Петрович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Малек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08.12.1971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СА-020475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03:57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