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Кочержук Степан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Кочержук Степан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Ковбой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08.01.2003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АВ-992225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